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436" w:rsidRPr="00236C6A" w:rsidRDefault="009D2343">
      <w:pPr>
        <w:jc w:val="center"/>
        <w:rPr>
          <w:sz w:val="48"/>
          <w:szCs w:val="48"/>
        </w:rPr>
      </w:pPr>
      <w:r w:rsidRPr="00236C6A">
        <w:rPr>
          <w:b/>
          <w:sz w:val="48"/>
          <w:szCs w:val="48"/>
        </w:rPr>
        <w:t>NATJEČAJ „</w:t>
      </w:r>
      <w:proofErr w:type="gramStart"/>
      <w:r w:rsidRPr="00236C6A">
        <w:rPr>
          <w:b/>
          <w:sz w:val="48"/>
          <w:szCs w:val="48"/>
        </w:rPr>
        <w:t>TIPKA“ –</w:t>
      </w:r>
      <w:proofErr w:type="gramEnd"/>
      <w:r w:rsidRPr="00236C6A">
        <w:rPr>
          <w:b/>
          <w:sz w:val="48"/>
          <w:szCs w:val="48"/>
        </w:rPr>
        <w:t xml:space="preserve"> KRATKA PRIČA ZA MLADE</w:t>
      </w:r>
    </w:p>
    <w:p w:rsidR="00236C6A" w:rsidRDefault="009D2343">
      <w:pPr>
        <w:spacing w:line="360" w:lineRule="auto"/>
        <w:rPr>
          <w:sz w:val="32"/>
          <w:szCs w:val="32"/>
        </w:rPr>
      </w:pPr>
      <w:bookmarkStart w:id="0" w:name="_GoBack"/>
      <w:bookmarkEnd w:id="0"/>
      <w:proofErr w:type="spellStart"/>
      <w:r w:rsidRPr="00236C6A">
        <w:rPr>
          <w:sz w:val="32"/>
          <w:szCs w:val="32"/>
        </w:rPr>
        <w:t>Knjižnica</w:t>
      </w:r>
      <w:proofErr w:type="spellEnd"/>
      <w:r w:rsidRPr="00236C6A">
        <w:rPr>
          <w:sz w:val="32"/>
          <w:szCs w:val="32"/>
        </w:rPr>
        <w:t xml:space="preserve"> </w:t>
      </w:r>
      <w:proofErr w:type="spellStart"/>
      <w:r w:rsidRPr="00236C6A">
        <w:rPr>
          <w:sz w:val="32"/>
          <w:szCs w:val="32"/>
        </w:rPr>
        <w:t>za</w:t>
      </w:r>
      <w:proofErr w:type="spellEnd"/>
      <w:r w:rsidRPr="00236C6A">
        <w:rPr>
          <w:sz w:val="32"/>
          <w:szCs w:val="32"/>
        </w:rPr>
        <w:t xml:space="preserve"> </w:t>
      </w:r>
      <w:proofErr w:type="spellStart"/>
      <w:r w:rsidRPr="00236C6A">
        <w:rPr>
          <w:sz w:val="32"/>
          <w:szCs w:val="32"/>
        </w:rPr>
        <w:t>mlade</w:t>
      </w:r>
      <w:proofErr w:type="spellEnd"/>
      <w:r w:rsidRPr="00236C6A">
        <w:rPr>
          <w:sz w:val="32"/>
          <w:szCs w:val="32"/>
        </w:rPr>
        <w:t xml:space="preserve">, </w:t>
      </w:r>
      <w:proofErr w:type="spellStart"/>
      <w:r w:rsidRPr="00236C6A">
        <w:rPr>
          <w:sz w:val="32"/>
          <w:szCs w:val="32"/>
        </w:rPr>
        <w:t>izdvojeni</w:t>
      </w:r>
      <w:proofErr w:type="spellEnd"/>
      <w:r w:rsidRPr="00236C6A">
        <w:rPr>
          <w:sz w:val="32"/>
          <w:szCs w:val="32"/>
        </w:rPr>
        <w:t xml:space="preserve"> odjel Gradske knjižnice „Ivan Goran </w:t>
      </w:r>
      <w:proofErr w:type="gramStart"/>
      <w:r w:rsidRPr="00236C6A">
        <w:rPr>
          <w:sz w:val="32"/>
          <w:szCs w:val="32"/>
        </w:rPr>
        <w:t>Kovačić“ Karlovac</w:t>
      </w:r>
      <w:proofErr w:type="gramEnd"/>
      <w:r w:rsidRPr="00236C6A">
        <w:rPr>
          <w:sz w:val="32"/>
          <w:szCs w:val="32"/>
        </w:rPr>
        <w:t>, raspisuje sedmi po redu natječaj za kratku priču za mlade do</w:t>
      </w:r>
      <w:r w:rsidRPr="00236C6A">
        <w:rPr>
          <w:sz w:val="32"/>
          <w:szCs w:val="32"/>
        </w:rPr>
        <w:t xml:space="preserve"> 30 godina. </w:t>
      </w:r>
    </w:p>
    <w:p w:rsidR="00361436" w:rsidRPr="00236C6A" w:rsidRDefault="009D2343" w:rsidP="00236C6A">
      <w:pPr>
        <w:spacing w:line="360" w:lineRule="auto"/>
        <w:jc w:val="center"/>
        <w:rPr>
          <w:b/>
          <w:sz w:val="36"/>
          <w:szCs w:val="36"/>
        </w:rPr>
      </w:pPr>
      <w:r w:rsidRPr="00236C6A">
        <w:rPr>
          <w:b/>
          <w:sz w:val="36"/>
          <w:szCs w:val="36"/>
        </w:rPr>
        <w:t>Na natječaju mogu sudjelovati autorice i autori iz Republike Hrvatske, a tema kratke priče je slobodna.</w:t>
      </w:r>
    </w:p>
    <w:p w:rsidR="00361436" w:rsidRPr="00236C6A" w:rsidRDefault="009D2343" w:rsidP="00236C6A">
      <w:pPr>
        <w:spacing w:line="360" w:lineRule="auto"/>
        <w:jc w:val="center"/>
        <w:rPr>
          <w:b/>
          <w:sz w:val="32"/>
          <w:szCs w:val="32"/>
        </w:rPr>
      </w:pPr>
      <w:r w:rsidRPr="00236C6A">
        <w:rPr>
          <w:b/>
          <w:sz w:val="32"/>
          <w:szCs w:val="32"/>
        </w:rPr>
        <w:t>Svaki se autor može prijaviti samo jednom pričom koja ne smije prethodno biti objavljena.</w:t>
      </w:r>
    </w:p>
    <w:p w:rsidR="00361436" w:rsidRPr="00236C6A" w:rsidRDefault="009D2343">
      <w:pPr>
        <w:spacing w:line="360" w:lineRule="auto"/>
        <w:rPr>
          <w:sz w:val="32"/>
          <w:szCs w:val="32"/>
        </w:rPr>
      </w:pPr>
      <w:r w:rsidRPr="00236C6A">
        <w:rPr>
          <w:b/>
          <w:sz w:val="32"/>
          <w:szCs w:val="32"/>
        </w:rPr>
        <w:t xml:space="preserve">Natječaj je otvoren od 15. rujna do 11. listopada </w:t>
      </w:r>
      <w:r w:rsidRPr="00236C6A">
        <w:rPr>
          <w:b/>
          <w:sz w:val="32"/>
          <w:szCs w:val="32"/>
        </w:rPr>
        <w:t>2026</w:t>
      </w:r>
      <w:r w:rsidRPr="00236C6A">
        <w:rPr>
          <w:sz w:val="32"/>
          <w:szCs w:val="32"/>
        </w:rPr>
        <w:t>. u 23:59. Natječaj provodimo u partnerstvu s Odsjekom za kroatistiku Filozofskog fakulteta u Puli.</w:t>
      </w:r>
    </w:p>
    <w:p w:rsidR="00361436" w:rsidRPr="00236C6A" w:rsidRDefault="009D2343">
      <w:pPr>
        <w:spacing w:line="360" w:lineRule="auto"/>
        <w:rPr>
          <w:sz w:val="32"/>
          <w:szCs w:val="32"/>
        </w:rPr>
      </w:pPr>
      <w:r w:rsidRPr="00236C6A">
        <w:rPr>
          <w:sz w:val="32"/>
          <w:szCs w:val="32"/>
        </w:rPr>
        <w:t>Radovi pristigli nakon navedenog roka neće biti razmatrani. U obzir se neće uzimati ni ulomci iz većih proznih cjelina ili već objavljeni radovi, nepotp</w:t>
      </w:r>
      <w:r w:rsidRPr="00236C6A">
        <w:rPr>
          <w:sz w:val="32"/>
          <w:szCs w:val="32"/>
        </w:rPr>
        <w:t>une prijave ili priče koje ne odgovaraju zadanom broju znakova.</w:t>
      </w:r>
    </w:p>
    <w:p w:rsidR="00361436" w:rsidRPr="00236C6A" w:rsidRDefault="009D2343">
      <w:pPr>
        <w:spacing w:before="120"/>
        <w:rPr>
          <w:sz w:val="32"/>
          <w:szCs w:val="32"/>
        </w:rPr>
      </w:pPr>
      <w:r w:rsidRPr="00236C6A">
        <w:rPr>
          <w:b/>
          <w:sz w:val="32"/>
          <w:szCs w:val="32"/>
        </w:rPr>
        <w:t>KAKO SE PRIJAVITI?</w:t>
      </w:r>
    </w:p>
    <w:p w:rsidR="00361436" w:rsidRPr="00236C6A" w:rsidRDefault="009D2343">
      <w:pPr>
        <w:spacing w:line="360" w:lineRule="auto"/>
        <w:rPr>
          <w:sz w:val="32"/>
          <w:szCs w:val="32"/>
        </w:rPr>
      </w:pPr>
      <w:r w:rsidRPr="00236C6A">
        <w:rPr>
          <w:b/>
          <w:sz w:val="32"/>
          <w:szCs w:val="32"/>
        </w:rPr>
        <w:t>Priče za natječaj šalju se isključivo u elektroničkom obliku na e-poštu</w:t>
      </w:r>
      <w:r w:rsidRPr="00236C6A">
        <w:rPr>
          <w:sz w:val="32"/>
          <w:szCs w:val="32"/>
        </w:rPr>
        <w:t xml:space="preserve">: </w:t>
      </w:r>
      <w:r w:rsidRPr="00236C6A">
        <w:rPr>
          <w:color w:val="1F497D" w:themeColor="text2"/>
          <w:sz w:val="32"/>
          <w:szCs w:val="32"/>
        </w:rPr>
        <w:t>kzmkarlovac@gmail.com</w:t>
      </w:r>
      <w:r w:rsidRPr="00236C6A">
        <w:rPr>
          <w:sz w:val="32"/>
          <w:szCs w:val="32"/>
        </w:rPr>
        <w:t xml:space="preserve">. </w:t>
      </w:r>
      <w:r w:rsidRPr="00236C6A">
        <w:rPr>
          <w:b/>
          <w:sz w:val="32"/>
          <w:szCs w:val="32"/>
        </w:rPr>
        <w:t>Predmet poruke potrebno je nasloviti „</w:t>
      </w:r>
      <w:proofErr w:type="gramStart"/>
      <w:r w:rsidRPr="00236C6A">
        <w:rPr>
          <w:b/>
          <w:sz w:val="32"/>
          <w:szCs w:val="32"/>
        </w:rPr>
        <w:t>Tipka“</w:t>
      </w:r>
      <w:proofErr w:type="gramEnd"/>
      <w:r w:rsidRPr="00236C6A">
        <w:rPr>
          <w:b/>
          <w:sz w:val="32"/>
          <w:szCs w:val="32"/>
        </w:rPr>
        <w:t>.</w:t>
      </w:r>
    </w:p>
    <w:p w:rsidR="00361436" w:rsidRPr="00236C6A" w:rsidRDefault="009D2343">
      <w:pPr>
        <w:spacing w:line="360" w:lineRule="auto"/>
        <w:rPr>
          <w:sz w:val="32"/>
          <w:szCs w:val="32"/>
        </w:rPr>
      </w:pPr>
      <w:r w:rsidRPr="00236C6A">
        <w:rPr>
          <w:b/>
          <w:sz w:val="32"/>
          <w:szCs w:val="32"/>
        </w:rPr>
        <w:t>Uz priču je potrebno navesti:</w:t>
      </w:r>
      <w:r w:rsidRPr="00236C6A">
        <w:rPr>
          <w:sz w:val="32"/>
          <w:szCs w:val="32"/>
        </w:rPr>
        <w:t xml:space="preserve"> i</w:t>
      </w:r>
      <w:r w:rsidRPr="00236C6A">
        <w:rPr>
          <w:sz w:val="32"/>
          <w:szCs w:val="32"/>
        </w:rPr>
        <w:t>me i prezime autora, adresu stanovanja, adresu elektroničke pošte, datum rođenja te broj telefona. Ti podaci neće biti dostupni prosudbenoj komisiji.</w:t>
      </w:r>
    </w:p>
    <w:p w:rsidR="00361436" w:rsidRPr="00236C6A" w:rsidRDefault="009D2343">
      <w:pPr>
        <w:spacing w:line="360" w:lineRule="auto"/>
        <w:rPr>
          <w:sz w:val="32"/>
          <w:szCs w:val="32"/>
        </w:rPr>
      </w:pPr>
      <w:r w:rsidRPr="00236C6A">
        <w:rPr>
          <w:sz w:val="32"/>
          <w:szCs w:val="32"/>
        </w:rPr>
        <w:lastRenderedPageBreak/>
        <w:t>Radovi trebaju biti napisani na računalu i spremljeni u formatu .doc ili .docx (Calibri, veličina slova 12</w:t>
      </w:r>
      <w:r w:rsidRPr="00236C6A">
        <w:rPr>
          <w:sz w:val="32"/>
          <w:szCs w:val="32"/>
        </w:rPr>
        <w:t xml:space="preserve"> točaka, prored 1,5). Priče trebaju biti duljine do pet kartica, odnosno ukupno do 9000 znakova s razmacima.</w:t>
      </w:r>
    </w:p>
    <w:p w:rsidR="00361436" w:rsidRPr="00236C6A" w:rsidRDefault="009D2343">
      <w:pPr>
        <w:rPr>
          <w:sz w:val="32"/>
          <w:szCs w:val="32"/>
        </w:rPr>
      </w:pPr>
      <w:r w:rsidRPr="00236C6A">
        <w:rPr>
          <w:b/>
          <w:sz w:val="32"/>
          <w:szCs w:val="32"/>
        </w:rPr>
        <w:t>PROSUDBENA KOMISIJA</w:t>
      </w:r>
    </w:p>
    <w:p w:rsidR="00361436" w:rsidRPr="00236C6A" w:rsidRDefault="009D2343">
      <w:pPr>
        <w:spacing w:line="360" w:lineRule="auto"/>
        <w:rPr>
          <w:sz w:val="32"/>
          <w:szCs w:val="32"/>
        </w:rPr>
      </w:pPr>
      <w:r w:rsidRPr="00236C6A">
        <w:rPr>
          <w:sz w:val="32"/>
          <w:szCs w:val="32"/>
        </w:rPr>
        <w:t xml:space="preserve">Pristigle priče ocijenit će prosudbena komisija u sastavu: izv. prof. dr. sc. Dubravka Dulibić-Paljar, predstojnica Odsjeka za </w:t>
      </w:r>
      <w:r w:rsidRPr="00236C6A">
        <w:rPr>
          <w:sz w:val="32"/>
          <w:szCs w:val="32"/>
        </w:rPr>
        <w:t>kroatistiku Filozofskog fakulteta u Puli; Anita Brozović Šolaić, prof. hrvatskoga jezika i ravnateljica Gradske knjižnice i čitaonice Ogulin; i Boris Sertić, karlovački književnik.</w:t>
      </w:r>
    </w:p>
    <w:p w:rsidR="00361436" w:rsidRPr="00236C6A" w:rsidRDefault="009D2343">
      <w:pPr>
        <w:spacing w:line="360" w:lineRule="auto"/>
        <w:rPr>
          <w:b/>
          <w:sz w:val="32"/>
          <w:szCs w:val="32"/>
        </w:rPr>
      </w:pPr>
      <w:r w:rsidRPr="00236C6A">
        <w:rPr>
          <w:b/>
          <w:sz w:val="32"/>
          <w:szCs w:val="32"/>
        </w:rPr>
        <w:t>Prosudbena komisija odabrat će tri najbolje priče te dodijeliti prvu, drugu</w:t>
      </w:r>
      <w:r w:rsidRPr="00236C6A">
        <w:rPr>
          <w:b/>
          <w:sz w:val="32"/>
          <w:szCs w:val="32"/>
        </w:rPr>
        <w:t xml:space="preserve"> i treću nagradu.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1"/>
      </w:tblGrid>
      <w:tr w:rsidR="00361436" w:rsidRPr="00236C6A">
        <w:tc>
          <w:tcPr>
            <w:tcW w:w="9071" w:type="dxa"/>
            <w:tcBorders>
              <w:top w:val="single" w:sz="14" w:space="0" w:color="C9A227"/>
              <w:left w:val="single" w:sz="14" w:space="0" w:color="C9A227"/>
              <w:bottom w:val="single" w:sz="14" w:space="0" w:color="C9A227"/>
              <w:right w:val="single" w:sz="14" w:space="0" w:color="C9A227"/>
            </w:tcBorders>
            <w:shd w:val="clear" w:color="auto" w:fill="FFF2CC"/>
            <w:vAlign w:val="center"/>
          </w:tcPr>
          <w:p w:rsidR="00361436" w:rsidRPr="00236C6A" w:rsidRDefault="009D2343">
            <w:pPr>
              <w:spacing w:after="80"/>
              <w:jc w:val="center"/>
              <w:rPr>
                <w:sz w:val="32"/>
                <w:szCs w:val="32"/>
              </w:rPr>
            </w:pPr>
            <w:r w:rsidRPr="00236C6A">
              <w:rPr>
                <w:b/>
                <w:sz w:val="32"/>
                <w:szCs w:val="32"/>
              </w:rPr>
              <w:t>NOVČANE NAGRADE</w:t>
            </w:r>
          </w:p>
          <w:p w:rsidR="00361436" w:rsidRPr="00236C6A" w:rsidRDefault="009D2343">
            <w:pPr>
              <w:spacing w:line="288" w:lineRule="auto"/>
              <w:jc w:val="center"/>
              <w:rPr>
                <w:sz w:val="32"/>
                <w:szCs w:val="32"/>
              </w:rPr>
            </w:pPr>
            <w:r w:rsidRPr="00236C6A">
              <w:rPr>
                <w:b/>
                <w:sz w:val="32"/>
                <w:szCs w:val="32"/>
              </w:rPr>
              <w:t xml:space="preserve"> 1. nagrada – 110 €     </w:t>
            </w:r>
            <w:r w:rsidRPr="00236C6A">
              <w:rPr>
                <w:b/>
                <w:sz w:val="32"/>
                <w:szCs w:val="32"/>
              </w:rPr>
              <w:t>🥈</w:t>
            </w:r>
            <w:r w:rsidRPr="00236C6A">
              <w:rPr>
                <w:b/>
                <w:sz w:val="32"/>
                <w:szCs w:val="32"/>
              </w:rPr>
              <w:t xml:space="preserve">2. nagrada – 90 €     </w:t>
            </w:r>
            <w:r w:rsidRPr="00236C6A">
              <w:rPr>
                <w:b/>
                <w:sz w:val="32"/>
                <w:szCs w:val="32"/>
              </w:rPr>
              <w:t xml:space="preserve"> 3. nagrada – 70 €</w:t>
            </w:r>
          </w:p>
        </w:tc>
      </w:tr>
    </w:tbl>
    <w:p w:rsidR="00361436" w:rsidRPr="00236C6A" w:rsidRDefault="009D2343">
      <w:pPr>
        <w:rPr>
          <w:sz w:val="32"/>
          <w:szCs w:val="32"/>
        </w:rPr>
      </w:pPr>
      <w:r w:rsidRPr="00236C6A">
        <w:rPr>
          <w:b/>
          <w:sz w:val="32"/>
          <w:szCs w:val="32"/>
        </w:rPr>
        <w:t>OBJAVA REZULTATA</w:t>
      </w:r>
    </w:p>
    <w:p w:rsidR="00361436" w:rsidRPr="00236C6A" w:rsidRDefault="009D2343" w:rsidP="00236C6A">
      <w:pPr>
        <w:spacing w:line="360" w:lineRule="auto"/>
        <w:rPr>
          <w:sz w:val="32"/>
          <w:szCs w:val="32"/>
        </w:rPr>
      </w:pPr>
      <w:r w:rsidRPr="00236C6A">
        <w:rPr>
          <w:sz w:val="32"/>
          <w:szCs w:val="32"/>
        </w:rPr>
        <w:t xml:space="preserve">Priče će biti objavljene na mrežnim stranicama i društvenim mrežama Gradske knjižnice „Ivan Goran </w:t>
      </w:r>
      <w:proofErr w:type="gramStart"/>
      <w:r w:rsidRPr="00236C6A">
        <w:rPr>
          <w:sz w:val="32"/>
          <w:szCs w:val="32"/>
        </w:rPr>
        <w:t>Kovačić“ i</w:t>
      </w:r>
      <w:proofErr w:type="gramEnd"/>
      <w:r w:rsidRPr="00236C6A">
        <w:rPr>
          <w:sz w:val="32"/>
          <w:szCs w:val="32"/>
        </w:rPr>
        <w:t xml:space="preserve"> Knjižnice za mlade. </w:t>
      </w:r>
      <w:r w:rsidRPr="00236C6A">
        <w:rPr>
          <w:sz w:val="32"/>
          <w:szCs w:val="32"/>
        </w:rPr>
        <w:t xml:space="preserve">Objava rezultata na mrežnim stranicama Gradske knjižnice „Ivan Goran </w:t>
      </w:r>
      <w:proofErr w:type="gramStart"/>
      <w:r w:rsidRPr="00236C6A">
        <w:rPr>
          <w:sz w:val="32"/>
          <w:szCs w:val="32"/>
        </w:rPr>
        <w:t>Kovačić“ te</w:t>
      </w:r>
      <w:proofErr w:type="gramEnd"/>
      <w:r w:rsidRPr="00236C6A">
        <w:rPr>
          <w:sz w:val="32"/>
          <w:szCs w:val="32"/>
        </w:rPr>
        <w:t xml:space="preserve"> na profilima Knjižnice i Knjižnice za mlade na društvenim mrežama bit će 11. 11. 2026.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1"/>
      </w:tblGrid>
      <w:tr w:rsidR="00361436" w:rsidRPr="00236C6A">
        <w:tc>
          <w:tcPr>
            <w:tcW w:w="9071" w:type="dxa"/>
            <w:tcBorders>
              <w:top w:val="single" w:sz="10" w:space="0" w:color="5B9BD5"/>
              <w:left w:val="single" w:sz="10" w:space="0" w:color="5B9BD5"/>
              <w:bottom w:val="single" w:sz="10" w:space="0" w:color="5B9BD5"/>
              <w:right w:val="single" w:sz="10" w:space="0" w:color="5B9BD5"/>
            </w:tcBorders>
            <w:shd w:val="clear" w:color="auto" w:fill="EAF2F8"/>
          </w:tcPr>
          <w:p w:rsidR="00361436" w:rsidRPr="00236C6A" w:rsidRDefault="009D2343" w:rsidP="00236C6A">
            <w:pPr>
              <w:jc w:val="center"/>
              <w:rPr>
                <w:sz w:val="32"/>
                <w:szCs w:val="32"/>
              </w:rPr>
            </w:pPr>
            <w:r w:rsidRPr="00236C6A">
              <w:rPr>
                <w:b/>
                <w:sz w:val="32"/>
                <w:szCs w:val="32"/>
              </w:rPr>
              <w:t xml:space="preserve"> TREBAŠ POMOĆ?</w:t>
            </w:r>
          </w:p>
          <w:p w:rsidR="00361436" w:rsidRPr="00236C6A" w:rsidRDefault="009D2343" w:rsidP="00236C6A">
            <w:pPr>
              <w:spacing w:line="288" w:lineRule="auto"/>
              <w:jc w:val="center"/>
              <w:rPr>
                <w:sz w:val="32"/>
                <w:szCs w:val="32"/>
              </w:rPr>
            </w:pPr>
            <w:r w:rsidRPr="00236C6A">
              <w:rPr>
                <w:sz w:val="32"/>
                <w:szCs w:val="32"/>
              </w:rPr>
              <w:t xml:space="preserve">Ako trebaš pomoć oko natječaja, prijave, oblikovanja rada ili pripreme priče, </w:t>
            </w:r>
            <w:r w:rsidRPr="00236C6A">
              <w:rPr>
                <w:b/>
                <w:sz w:val="32"/>
                <w:szCs w:val="32"/>
              </w:rPr>
              <w:t>slobodno se javi u školsku knjižnicu.</w:t>
            </w:r>
          </w:p>
        </w:tc>
      </w:tr>
    </w:tbl>
    <w:p w:rsidR="009D2343" w:rsidRPr="00236C6A" w:rsidRDefault="009D2343">
      <w:pPr>
        <w:rPr>
          <w:sz w:val="32"/>
          <w:szCs w:val="32"/>
        </w:rPr>
      </w:pPr>
    </w:p>
    <w:sectPr w:rsidR="009D2343" w:rsidRPr="00236C6A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54BF"/>
    <w:rsid w:val="00034616"/>
    <w:rsid w:val="0006063C"/>
    <w:rsid w:val="0015074B"/>
    <w:rsid w:val="00236C6A"/>
    <w:rsid w:val="0029639D"/>
    <w:rsid w:val="00326F90"/>
    <w:rsid w:val="00361436"/>
    <w:rsid w:val="009D234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196398"/>
  <w14:defaultImageDpi w14:val="300"/>
  <w15:docId w15:val="{9A17C114-5F77-46DA-A032-8CA557CD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236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6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3F73D8-73E3-4C50-9B54-376E36D5B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Snježana Matić</cp:lastModifiedBy>
  <cp:revision>2</cp:revision>
  <cp:lastPrinted>2026-09-17T10:10:00Z</cp:lastPrinted>
  <dcterms:created xsi:type="dcterms:W3CDTF">2013-12-23T23:15:00Z</dcterms:created>
  <dcterms:modified xsi:type="dcterms:W3CDTF">2026-09-18T08:24:00Z</dcterms:modified>
  <cp:category/>
</cp:coreProperties>
</file>